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sz w:val="32"/>
        </w:rPr>
        <w:t>Vzorový formulář pro odstoupení od smlouvy</w:t>
      </w:r>
    </w:p>
    <w:p>
      <w:pPr>
        <w:spacing w:after="280"/>
        <w:jc w:val="center"/>
      </w:pPr>
      <w:r>
        <w:rPr>
          <w:b w:val="0"/>
          <w:i/>
        </w:rPr>
        <w:t>(vyplňte a zašlete jej zpět pouze v případě, že chcete od smlouvy odstoupit)</w:t>
      </w:r>
    </w:p>
    <w:p>
      <w:pPr>
        <w:spacing w:after="160"/>
        <w:jc w:val="left"/>
      </w:pPr>
      <w:r>
        <w:rPr>
          <w:b/>
          <w:i w:val="0"/>
          <w:sz w:val="24"/>
        </w:rPr>
        <w:t>Oznámení o odstoupení od smlouvy</w:t>
      </w:r>
    </w:p>
    <w:p>
      <w:pPr>
        <w:spacing w:after="0"/>
        <w:jc w:val="left"/>
      </w:pPr>
      <w:r>
        <w:rPr>
          <w:b/>
          <w:i w:val="0"/>
        </w:rPr>
        <w:t>Adresát:</w:t>
      </w:r>
    </w:p>
    <w:p>
      <w:pPr>
        <w:spacing w:after="0"/>
        <w:jc w:val="left"/>
      </w:pPr>
      <w:r>
        <w:rPr>
          <w:b w:val="0"/>
          <w:i w:val="0"/>
        </w:rPr>
        <w:t>GenReality Prague s.r.o.</w:t>
      </w:r>
    </w:p>
    <w:p>
      <w:pPr>
        <w:spacing w:after="0"/>
        <w:jc w:val="left"/>
      </w:pPr>
      <w:r>
        <w:rPr>
          <w:b w:val="0"/>
          <w:i w:val="0"/>
        </w:rPr>
        <w:t>IČO: 300 49 601</w:t>
      </w:r>
    </w:p>
    <w:p>
      <w:pPr>
        <w:spacing w:after="0"/>
        <w:jc w:val="left"/>
      </w:pPr>
      <w:r>
        <w:rPr>
          <w:b w:val="0"/>
          <w:i w:val="0"/>
        </w:rPr>
        <w:t>Kurzova 2222/16, Stodůlky, 155 00 Praha 5</w:t>
      </w:r>
    </w:p>
    <w:p>
      <w:pPr>
        <w:spacing w:after="240"/>
        <w:jc w:val="left"/>
      </w:pPr>
      <w:r>
        <w:rPr>
          <w:b w:val="0"/>
          <w:i w:val="0"/>
        </w:rPr>
        <w:t>e-mail: info@genreality.cz</w:t>
      </w:r>
    </w:p>
    <w:p>
      <w:pPr>
        <w:spacing w:after="80"/>
        <w:jc w:val="left"/>
      </w:pPr>
      <w:r>
        <w:rPr>
          <w:b w:val="0"/>
          <w:i w:val="0"/>
        </w:rPr>
        <w:t>Oznamuji / oznamujeme (*), že tímto podle § 1829 odst. 1 občanského zákoníku odstupuji / odstupujeme (*) od smlouvy o poskytnutí těchto služeb (*):</w:t>
      </w:r>
    </w:p>
    <w:p>
      <w:pPr>
        <w:spacing w:after="80"/>
        <w:jc w:val="left"/>
      </w:pPr>
      <w:r>
        <w:rPr>
          <w:b w:val="0"/>
          <w:i w:val="0"/>
        </w:rPr>
        <w:t>smlouva o realitním zprostředkování / rezervační smlouva / jiná: ____________________________________________ (*)</w:t>
      </w:r>
    </w:p>
    <w:p>
      <w:pPr>
        <w:spacing w:after="280"/>
        <w:jc w:val="left"/>
      </w:pPr>
      <w:r>
        <w:rPr>
          <w:b w:val="0"/>
          <w:i w:val="0"/>
        </w:rPr>
        <w:t>nemovitost: ________________________________________________________________________________</w:t>
      </w:r>
    </w:p>
    <w:tbl>
      <w:tblPr>
        <w:tblW w:type="auto" w:w="0"/>
        <w:tblLook w:firstColumn="1" w:firstRow="1" w:lastColumn="0" w:lastRow="0" w:noHBand="0" w:noVBand="1" w:val="04A0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4816"/>
        <w:gridCol w:w="4816"/>
      </w:tblGrid>
      <w:tr>
        <w:trPr>
          <w:trHeight w:val="624"/>
        </w:trPr>
        <w:tc>
          <w:tcPr>
            <w:tcW w:type="dxa" w:w="3969"/>
          </w:tcPr>
          <w:p>
            <w:r>
              <w:t>Datum a místo uzavření smlouvy:</w:t>
            </w:r>
          </w:p>
        </w:tc>
        <w:tc>
          <w:tcPr>
            <w:tcW w:type="dxa" w:w="5386"/>
          </w:tcPr>
          <w:p>
            <w:r/>
          </w:p>
        </w:tc>
      </w:tr>
      <w:tr>
        <w:trPr>
          <w:trHeight w:val="624"/>
        </w:trPr>
        <w:tc>
          <w:tcPr>
            <w:tcW w:type="dxa" w:w="3969"/>
          </w:tcPr>
          <w:p>
            <w:r>
              <w:t>Jméno a příjmení spotřebitele / spotřebitelů:</w:t>
            </w:r>
          </w:p>
        </w:tc>
        <w:tc>
          <w:tcPr>
            <w:tcW w:type="dxa" w:w="5386"/>
          </w:tcPr>
          <w:p>
            <w:r/>
          </w:p>
        </w:tc>
      </w:tr>
      <w:tr>
        <w:trPr>
          <w:trHeight w:val="624"/>
        </w:trPr>
        <w:tc>
          <w:tcPr>
            <w:tcW w:type="dxa" w:w="3969"/>
          </w:tcPr>
          <w:p>
            <w:r>
              <w:t>Datum narození:</w:t>
            </w:r>
          </w:p>
        </w:tc>
        <w:tc>
          <w:tcPr>
            <w:tcW w:type="dxa" w:w="5386"/>
          </w:tcPr>
          <w:p>
            <w:r/>
          </w:p>
        </w:tc>
      </w:tr>
      <w:tr>
        <w:trPr>
          <w:trHeight w:val="624"/>
        </w:trPr>
        <w:tc>
          <w:tcPr>
            <w:tcW w:type="dxa" w:w="3969"/>
          </w:tcPr>
          <w:p>
            <w:r>
              <w:t>Adresa spotřebitele / spotřebitelů:</w:t>
            </w:r>
          </w:p>
        </w:tc>
        <w:tc>
          <w:tcPr>
            <w:tcW w:type="dxa" w:w="5386"/>
          </w:tcPr>
          <w:p>
            <w:r/>
          </w:p>
        </w:tc>
      </w:tr>
      <w:tr>
        <w:trPr>
          <w:trHeight w:val="624"/>
        </w:trPr>
        <w:tc>
          <w:tcPr>
            <w:tcW w:type="dxa" w:w="3969"/>
          </w:tcPr>
          <w:p>
            <w:r>
              <w:t>E-mail / telefon:</w:t>
            </w:r>
          </w:p>
        </w:tc>
        <w:tc>
          <w:tcPr>
            <w:tcW w:type="dxa" w:w="5386"/>
          </w:tcPr>
          <w:p>
            <w:r/>
          </w:p>
        </w:tc>
      </w:tr>
      <w:tr>
        <w:trPr>
          <w:trHeight w:val="624"/>
        </w:trPr>
        <w:tc>
          <w:tcPr>
            <w:tcW w:type="dxa" w:w="3969"/>
          </w:tcPr>
          <w:p>
            <w:r>
              <w:t>Podpis spotřebitele / spotřebitelů</w:t>
              <w:br/>
              <w:t>(pouze pokud je formulář zasílán v listinné podobě):</w:t>
            </w:r>
          </w:p>
        </w:tc>
        <w:tc>
          <w:tcPr>
            <w:tcW w:type="dxa" w:w="5386"/>
          </w:tcPr>
          <w:p>
            <w:r>
              <w:br/>
              <w:br/>
            </w:r>
          </w:p>
        </w:tc>
      </w:tr>
      <w:tr>
        <w:trPr>
          <w:trHeight w:val="624"/>
        </w:trPr>
        <w:tc>
          <w:tcPr>
            <w:tcW w:type="dxa" w:w="3969"/>
          </w:tcPr>
          <w:p>
            <w:r>
              <w:t>Datum:</w:t>
            </w:r>
          </w:p>
        </w:tc>
        <w:tc>
          <w:tcPr>
            <w:tcW w:type="dxa" w:w="5386"/>
          </w:tcPr>
          <w:p>
            <w:r/>
          </w:p>
        </w:tc>
      </w:tr>
    </w:tbl>
    <w:p>
      <w:pPr>
        <w:spacing w:after="120"/>
        <w:jc w:val="left"/>
      </w:pPr>
    </w:p>
    <w:p>
      <w:pPr>
        <w:spacing w:after="280"/>
        <w:jc w:val="left"/>
      </w:pPr>
      <w:r>
        <w:rPr>
          <w:b w:val="0"/>
          <w:i/>
          <w:sz w:val="18"/>
        </w:rPr>
        <w:t>(*) Nehodící se škrtněte nebo údaje doplňte.</w:t>
      </w:r>
    </w:p>
    <w:p>
      <w:pPr>
        <w:spacing w:after="60"/>
        <w:jc w:val="left"/>
      </w:pPr>
      <w:r>
        <w:rPr>
          <w:b/>
          <w:i w:val="0"/>
        </w:rPr>
        <w:t>Poučení</w:t>
      </w:r>
    </w:p>
    <w:p>
      <w:pPr>
        <w:spacing w:after="100"/>
        <w:jc w:val="left"/>
      </w:pPr>
      <w:r>
        <w:rPr>
          <w:b w:val="0"/>
          <w:i w:val="0"/>
          <w:sz w:val="19"/>
        </w:rPr>
        <w:t>Byla-li smlouva uzavřena mimo obchodní prostory nebo na dálku, můžete jako spotřebitel od smlouvy odstoupit bez udání důvodu do 14 dnů ode dne jejího uzavření. Lhůta je zachována, odešlete-li oznámení o odstoupení před jejím uplynutím. Odstoupení můžete učinit tímto formulářem nebo jiným jednoznačným prohlášením zaslaným na výše uvedenou adresu či e-mail.</w:t>
      </w:r>
    </w:p>
    <w:p>
      <w:pPr>
        <w:spacing w:after="100"/>
        <w:jc w:val="left"/>
      </w:pPr>
      <w:r>
        <w:rPr>
          <w:b w:val="0"/>
          <w:i w:val="0"/>
          <w:sz w:val="19"/>
        </w:rPr>
        <w:t>Pokud jste výslovně požádali o zahájení poskytování služeb během lhůty pro odstoupení, uhradíte poměrnou část ceny za služby poskytnuté do okamžiku odstoupení. Byla-li služba se zahájením plnění v této lhůtě zcela poskytnuta, právo na odstoupení zaniká, pokud jste byli o této skutečnosti předem poučeni.</w:t>
      </w:r>
    </w:p>
    <w:sectPr w:rsidR="00FC693F" w:rsidRPr="0006063C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